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Detailed Algorithm Documentation: MP4 + Hidden Data Extraction Script</w:t>
      </w:r>
    </w:p>
    <w:p>
      <w:pPr>
        <w:pStyle w:val="Heading2"/>
      </w:pPr>
      <w:r>
        <w:t>Introduction</w:t>
      </w:r>
    </w:p>
    <w:p>
      <w:r>
        <w:t>This document provides a detailed explanation of the algorithm used to extract hidden data from a combined MP4 file. The script reads through the structure of the MP4 file, identifies the end of the standard MP4 segment, and extracts any additional hidden content beyond that. This technique is especially useful for files that have extra data appended after a valid MP4 segment.</w:t>
      </w:r>
    </w:p>
    <w:p>
      <w:pPr>
        <w:pStyle w:val="Heading2"/>
      </w:pPr>
      <w:r>
        <w:t>Overview of the Script</w:t>
      </w:r>
    </w:p>
    <w:p>
      <w:r>
        <w:t>The script performs the following tasks:</w:t>
        <w:br/>
        <w:t>1. Parses the input file to detect MP4 atoms (like 'ftyp', 'moov', 'mdat').</w:t>
        <w:br/>
        <w:t>2. Extracts the standard MP4 segment based on the detected atoms.</w:t>
        <w:br/>
        <w:t>3. Extracts any hidden data that follows the standard MP4 segment.</w:t>
        <w:br/>
        <w:t>4. Saves the extracted segments to separate files for further analysis.</w:t>
      </w:r>
    </w:p>
    <w:p>
      <w:pPr>
        <w:pStyle w:val="Heading2"/>
      </w:pPr>
      <w:r>
        <w:t>Step-by-Step Explanation</w:t>
      </w:r>
    </w:p>
    <w:p>
      <w:pPr>
        <w:pStyle w:val="Heading3"/>
      </w:pPr>
      <w:r>
        <w:t>1. Function: readUInt32BE</w:t>
      </w:r>
    </w:p>
    <w:p>
      <w:r>
        <w:t>The function `readUInt32BE(buffer, offset)` reads a 32-bit unsigned integer from a buffer at a given offset. It is used to extract the size of each atom in the MP4 structure.</w:t>
      </w:r>
    </w:p>
    <w:p>
      <w:r>
        <w:t>Code:</w:t>
      </w:r>
    </w:p>
    <w:p>
      <w:r>
        <w:t>function readUInt32BE(buffer, offset) {</w:t>
        <w:br/>
        <w:t xml:space="preserve">    return buffer.readUInt32BE(offset);</w:t>
        <w:br/>
        <w:t>}</w:t>
      </w:r>
    </w:p>
    <w:p>
      <w:pPr>
        <w:pStyle w:val="Heading3"/>
      </w:pPr>
      <w:r>
        <w:t>2. Function: findAtomOffsets</w:t>
      </w:r>
    </w:p>
    <w:p>
      <w:r>
        <w:t>The function `findAtomOffsets(filePath)` scans through the file to detect the positions of various MP4 atoms. It reads 8 bytes at a time to extract the atom's size and type, and stores this information in an array.</w:t>
      </w:r>
    </w:p>
    <w:p>
      <w:r>
        <w:t>Algorithm:</w:t>
      </w:r>
    </w:p>
    <w:p>
      <w:r>
        <w:t>1. Open the file and initialize a buffer of size 8 bytes.</w:t>
        <w:br/>
        <w:t>2. Loop through the file until the end:</w:t>
        <w:br/>
        <w:t xml:space="preserve">   a. Read 8 bytes to get the atom size and type.</w:t>
        <w:br/>
        <w:t xml:space="preserve">   b. Store the atom type, start position, and size in an array.</w:t>
        <w:br/>
        <w:t xml:space="preserve">   c. Move to the next atom using the extracted size.</w:t>
        <w:br/>
        <w:t xml:space="preserve">   d. Break the loop if the atom size is invalid.</w:t>
      </w:r>
    </w:p>
    <w:p>
      <w:r>
        <w:t>Code:</w:t>
      </w:r>
    </w:p>
    <w:p>
      <w:r>
        <w:t>function findAtomOffsets(filePath) {</w:t>
        <w:br/>
        <w:t xml:space="preserve">    const fd = fs.openSync(filePath, 'r');</w:t>
        <w:br/>
        <w:t xml:space="preserve">    const buffer = Buffer.alloc(8);</w:t>
        <w:br/>
        <w:t xml:space="preserve">    let offset = 0;</w:t>
        <w:br/>
        <w:t xml:space="preserve">    const atoms = [];</w:t>
        <w:br/>
        <w:br/>
        <w:t xml:space="preserve">    while (offset &lt; fs.statSync(filePath).size) {</w:t>
        <w:br/>
        <w:t xml:space="preserve">        const bytesRead = fs.readSync(fd, buffer, 0, 8, offset);</w:t>
        <w:br/>
        <w:t xml:space="preserve">        if (bytesRead &lt; 8) break;</w:t>
        <w:br/>
        <w:br/>
        <w:t xml:space="preserve">        const atomSize = readUInt32BE(buffer, 0);</w:t>
        <w:br/>
        <w:t xml:space="preserve">        const atomType = buffer.toString('ascii', 4, 8);</w:t>
        <w:br/>
        <w:br/>
        <w:t xml:space="preserve">        atoms.push({ type: atomType, start: offset, size: atomSize });</w:t>
        <w:br/>
        <w:t xml:space="preserve">        offset += atomSize;</w:t>
        <w:br/>
        <w:t xml:space="preserve">        if (atomSize &lt; 8) break;</w:t>
        <w:br/>
        <w:t xml:space="preserve">    }</w:t>
        <w:br/>
        <w:t xml:space="preserve">    fs.closeSync(fd);</w:t>
        <w:br/>
        <w:t xml:space="preserve">    return atoms;</w:t>
        <w:br/>
        <w:t>}</w:t>
      </w:r>
    </w:p>
    <w:p>
      <w:pPr>
        <w:pStyle w:val="Heading3"/>
      </w:pPr>
      <w:r>
        <w:t>3. Function: extractSegment</w:t>
      </w:r>
    </w:p>
    <w:p>
      <w:r>
        <w:t>The function `extractSegment(filePath, start, length, outputFilePath)` extracts a specific segment of the file and writes it to a new file. This function is used to extract both the standard MP4 part and any hidden data.</w:t>
      </w:r>
    </w:p>
    <w:p>
      <w:r>
        <w:t>Algorithm:</w:t>
      </w:r>
    </w:p>
    <w:p>
      <w:r>
        <w:t>1. Open the file and create a buffer of the specified length.</w:t>
        <w:br/>
        <w:t>2. Read data from the file starting at the given offset.</w:t>
        <w:br/>
        <w:t>3. Write the data to the specified output file.</w:t>
      </w:r>
    </w:p>
    <w:p>
      <w:r>
        <w:t>Code:</w:t>
      </w:r>
    </w:p>
    <w:p>
      <w:r>
        <w:t>function extractSegment(filePath, start, length, outputFilePath) {</w:t>
        <w:br/>
        <w:t xml:space="preserve">    const buffer = Buffer.alloc(length);</w:t>
        <w:br/>
        <w:t xml:space="preserve">    const fd = fs.openSync(filePath, 'r');</w:t>
        <w:br/>
        <w:t xml:space="preserve">    fs.readSync(fd, buffer, 0, length, start);</w:t>
        <w:br/>
        <w:t xml:space="preserve">    fs.closeSync(fd);</w:t>
        <w:br/>
        <w:t xml:space="preserve">    fs.writeFileSync(outputFilePath, buffer);</w:t>
        <w:br/>
        <w:t xml:space="preserve">    console.log(`Extracted segment to ${outputFilePath}`);</w:t>
        <w:br/>
        <w:t>}</w:t>
      </w:r>
    </w:p>
    <w:p>
      <w:pPr>
        <w:pStyle w:val="Heading3"/>
      </w:pPr>
      <w:r>
        <w:t>4. Function: extractMp4AndExtra</w:t>
      </w:r>
    </w:p>
    <w:p>
      <w:r>
        <w:t>This function coordinates the extraction process by:</w:t>
        <w:br/>
        <w:t>- Detecting atoms in the file.</w:t>
        <w:br/>
        <w:t>- Extracting the main MP4 segment.</w:t>
        <w:br/>
        <w:t>- Extracting additional hidden data.</w:t>
        <w:br/>
        <w:t>- Extracting any additional `mdat` or `xml` segments.</w:t>
      </w:r>
    </w:p>
    <w:p>
      <w:r>
        <w:t>Code:</w:t>
      </w:r>
    </w:p>
    <w:p>
      <w:r>
        <w:t>function extractMp4AndExtra(filePath) {</w:t>
        <w:br/>
        <w:t xml:space="preserve">    const atoms = findAtomOffsets(filePath);</w:t>
        <w:br/>
        <w:t xml:space="preserve">    const fileSize = fs.statSync(filePath).size;</w:t>
        <w:br/>
        <w:br/>
        <w:t xml:space="preserve">    const mp4End = atoms.find(atom =&gt; atom.type === 'moov')?.start + atoms.find(atom =&gt; atom.type === 'moov')?.size || 0;</w:t>
        <w:br/>
        <w:t xml:space="preserve">    if (mp4End &gt; 0) extractSegment(filePath, 0, mp4End, 'extracted.mp4');</w:t>
        <w:br/>
        <w:br/>
        <w:t xml:space="preserve">    const hiddenDataStart = mp4End;</w:t>
        <w:br/>
        <w:t xml:space="preserve">    const hiddenDataSize = fileSize - hiddenDataStart;</w:t>
        <w:br/>
        <w:br/>
        <w:t xml:space="preserve">    if (hiddenDataSize &gt; 0) extractSegment(filePath, hiddenDataStart, hiddenDataSize, 'hidden_data.bin');</w:t>
        <w:br/>
        <w:t>}</w:t>
      </w:r>
    </w:p>
    <w:p>
      <w:pPr>
        <w:pStyle w:val="Heading2"/>
      </w:pPr>
      <w:r>
        <w:t>Conclusion</w:t>
      </w:r>
    </w:p>
    <w:p>
      <w:r>
        <w:t>The provided script is a powerful tool for extracting hidden content from combined media files. By identifying MP4 atoms and extracting segments based on offsets, it can recover hidden data that may not be accessible using standard media players.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